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LetterNotice"/>
      </w:pPr>
      <w:r>
        <w:t>EDITIERBARE VORLAGE: Alle eckigen Klammern ersetzen. Nur eigene, belegbare Aussagen verwenden und diesen Hinweis vor dem Versand löschen.</w:t>
      </w:r>
    </w:p>
    <w:p>
      <w:pPr>
        <w:pStyle w:val="LetterSender"/>
        <w:keepNext/>
        <w:keepLines/>
        <w:jc w:val="right"/>
      </w:pPr>
      <w:r>
        <w:t>[VORNAME NACHNAME]</w:t>
      </w:r>
    </w:p>
    <w:p>
      <w:pPr>
        <w:pStyle w:val="LetterSender"/>
        <w:keepNext/>
        <w:keepLines/>
        <w:jc w:val="right"/>
      </w:pPr>
      <w:r>
        <w:t>[Straße Hausnummer] | [PLZ Ort]</w:t>
      </w:r>
    </w:p>
    <w:p>
      <w:pPr>
        <w:pStyle w:val="LetterSender"/>
        <w:keepNext w:val="0"/>
        <w:keepLines/>
        <w:jc w:val="right"/>
      </w:pPr>
      <w:r>
        <w:t>[Telefon] | [E-Mail]</w:t>
      </w:r>
    </w:p>
    <w:p>
      <w:pPr>
        <w:spacing w:after="140"/>
      </w:pPr>
    </w:p>
    <w:p>
      <w:pPr>
        <w:pStyle w:val="LetterRecipient"/>
        <w:keepNext/>
        <w:keepLines/>
        <w:jc w:val="left"/>
      </w:pPr>
      <w:r>
        <w:t>[UNTERNEHMEN]</w:t>
      </w:r>
    </w:p>
    <w:p>
      <w:pPr>
        <w:pStyle w:val="LetterRecipient"/>
        <w:keepNext/>
        <w:keepLines/>
        <w:jc w:val="left"/>
      </w:pPr>
      <w:r>
        <w:t>[z. Hd. ANSPRECHPERSON]</w:t>
      </w:r>
    </w:p>
    <w:p>
      <w:pPr>
        <w:pStyle w:val="LetterRecipient"/>
        <w:keepNext/>
        <w:keepLines/>
        <w:jc w:val="left"/>
      </w:pPr>
      <w:r>
        <w:t>[Straße Hausnummer]</w:t>
      </w:r>
    </w:p>
    <w:p>
      <w:pPr>
        <w:pStyle w:val="LetterRecipient"/>
        <w:keepNext w:val="0"/>
        <w:keepLines/>
        <w:jc w:val="left"/>
      </w:pPr>
      <w:r>
        <w:t>[PLZ Ort]</w:t>
      </w:r>
    </w:p>
    <w:p>
      <w:pPr>
        <w:pStyle w:val="LetterDate"/>
        <w:jc w:val="right"/>
      </w:pPr>
      <w:r>
        <w:t>[ORT], [DATUM]</w:t>
      </w:r>
    </w:p>
    <w:p>
      <w:pPr>
        <w:pStyle w:val="LetterSubject"/>
      </w:pPr>
      <w:r>
        <w:t>Initiativbewerbung [ZIELROLLE / AUFGABENFELD] | [VORNAME NACHNAME]</w:t>
      </w:r>
    </w:p>
    <w:p>
      <w:pPr/>
      <w:r>
        <w:t>[Sehr geehrte Frau / Sehr geehrter Herr NACHNAME,]</w:t>
      </w:r>
    </w:p>
    <w:p>
      <w:pPr>
        <w:pStyle w:val="LetterPlaceholder"/>
        <w:keepLines/>
      </w:pPr>
      <w:r>
        <w:t>[Einleitung: Nenne ein öffentlich nachvollziehbares Unternehmenssignal und den konkreten Zielbereich. Behaupte keine offene Stelle.]</w:t>
      </w:r>
    </w:p>
    <w:p>
      <w:pPr>
        <w:pStyle w:val="LetterPlaceholder"/>
        <w:keepLines/>
      </w:pPr>
      <w:r>
        <w:t>[Passung: Beschreibe eine echte Verantwortung, Handlung oder ein Projekt, das zum Zielbereich passt. Ergänze nur belegbare Ergebnisse oder Zahlen.]</w:t>
      </w:r>
    </w:p>
    <w:p>
      <w:pPr>
        <w:pStyle w:val="LetterPlaceholder"/>
        <w:keepLines/>
      </w:pPr>
      <w:r>
        <w:t>[Möglicher Beitrag: Erkläre vorsichtig, welche Aufgaben du mit dieser Erfahrung unterstützen könntest. Wiederhole den Lebenslauf nicht.]</w:t>
      </w:r>
    </w:p>
    <w:p>
      <w:pPr>
        <w:pStyle w:val="LetterPlaceholder"/>
        <w:keepLines/>
      </w:pPr>
      <w:r>
        <w:t>[Schluss: Bitte um ein Gespräch über aktuelle oder absehbare Einsatzmöglichkeiten und verweise knapp auf die relevanten Anlagen.]</w:t>
      </w:r>
    </w:p>
    <w:p>
      <w:pPr>
        <w:pStyle w:val="LetterClosing"/>
      </w:pPr>
      <w:r>
        <w:t>Mit freundlichen Grüßen</w:t>
      </w:r>
    </w:p>
    <w:p>
      <w:pPr>
        <w:spacing w:before="200"/>
      </w:pPr>
      <w:r>
        <w:t>[VORNAME NACHNAME]</w:t>
      </w:r>
    </w:p>
    <w:p>
      <w:pPr>
        <w:pStyle w:val="LetterAttachments"/>
      </w:pPr>
      <w:r>
        <w:t>Anlagen: Lebenslauf, [RELEVANTE NACHWEISE]</w:t>
      </w:r>
    </w:p>
    <w:sectPr w:rsidR="00FC693F" w:rsidRPr="0006063C" w:rsidSect="00034616">
      <w:footerReference w:type="default" r:id="rId9"/>
      <w:pgSz w:w="11906" w:h="16838"/>
      <w:pgMar w:top="964" w:right="1247" w:bottom="964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LetterFooter"/>
      <w:jc w:val="center"/>
    </w:pPr>
    <w:r>
      <w:t>Kostenlose CVLotse-Vorlage | Bewerbungsweg prüfen, vollständig anpassen, PDF kontrollieren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40" w:line="276" w:lineRule="auto"/>
    </w:pPr>
    <w:rPr>
      <w:rFonts w:ascii="Arial" w:hAnsi="Arial" w:eastAsia="Arial"/>
      <w:b w:val="0"/>
      <w:i w:val="0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tterNotice">
    <w:name w:val="Letter Notice"/>
    <w:pPr>
      <w:widowControl/>
      <w:spacing w:before="0" w:after="220" w:line="240" w:lineRule="auto"/>
    </w:pPr>
    <w:rPr>
      <w:rFonts w:ascii="Arial" w:hAnsi="Arial" w:eastAsia="Arial"/>
      <w:b/>
      <w:i w:val="0"/>
      <w:color w:val="5B6472"/>
      <w:sz w:val="16"/>
    </w:rPr>
  </w:style>
  <w:style w:type="paragraph" w:customStyle="1" w:styleId="LetterSender">
    <w:name w:val="Letter Sender"/>
    <w:pPr>
      <w:widowControl/>
      <w:spacing w:before="0" w:after="20" w:line="240" w:lineRule="auto"/>
    </w:pPr>
    <w:rPr>
      <w:rFonts w:ascii="Arial" w:hAnsi="Arial" w:eastAsia="Arial"/>
      <w:b w:val="0"/>
      <w:i w:val="0"/>
      <w:color w:val="1F2937"/>
      <w:sz w:val="20"/>
    </w:rPr>
  </w:style>
  <w:style w:type="paragraph" w:customStyle="1" w:styleId="LetterRecipient">
    <w:name w:val="Letter Recipient"/>
    <w:pPr>
      <w:widowControl/>
      <w:spacing w:before="0" w:after="20" w:line="240" w:lineRule="auto"/>
    </w:pPr>
    <w:rPr>
      <w:rFonts w:ascii="Arial" w:hAnsi="Arial" w:eastAsia="Arial"/>
      <w:b w:val="0"/>
      <w:i w:val="0"/>
      <w:color w:val="1F2937"/>
      <w:sz w:val="20"/>
    </w:rPr>
  </w:style>
  <w:style w:type="paragraph" w:customStyle="1" w:styleId="LetterDate">
    <w:name w:val="Letter Date"/>
    <w:pPr>
      <w:widowControl/>
      <w:spacing w:before="120" w:after="240" w:line="240" w:lineRule="auto"/>
    </w:pPr>
    <w:rPr>
      <w:rFonts w:ascii="Arial" w:hAnsi="Arial" w:eastAsia="Arial"/>
      <w:b w:val="0"/>
      <w:i w:val="0"/>
      <w:color w:val="5B6472"/>
      <w:sz w:val="20"/>
    </w:rPr>
  </w:style>
  <w:style w:type="paragraph" w:customStyle="1" w:styleId="LetterSubject">
    <w:name w:val="Letter Subject"/>
    <w:pPr>
      <w:widowControl/>
      <w:spacing w:before="0" w:after="260" w:line="240" w:lineRule="auto"/>
    </w:pPr>
    <w:rPr>
      <w:rFonts w:ascii="Arial" w:hAnsi="Arial" w:eastAsia="Arial"/>
      <w:b/>
      <w:i w:val="0"/>
      <w:color w:val="1F4D78"/>
      <w:sz w:val="24"/>
    </w:rPr>
  </w:style>
  <w:style w:type="paragraph" w:customStyle="1" w:styleId="LetterPlaceholder">
    <w:name w:val="Letter Placeholder"/>
    <w:pPr>
      <w:widowControl/>
      <w:spacing w:before="0" w:after="160" w:line="276" w:lineRule="auto"/>
    </w:pPr>
    <w:rPr>
      <w:rFonts w:ascii="Arial" w:hAnsi="Arial" w:eastAsia="Arial"/>
      <w:b w:val="0"/>
      <w:i/>
      <w:color w:val="6B7280"/>
      <w:sz w:val="21"/>
    </w:rPr>
  </w:style>
  <w:style w:type="paragraph" w:customStyle="1" w:styleId="LetterClosing">
    <w:name w:val="Letter Closing"/>
    <w:pPr>
      <w:widowControl/>
      <w:spacing w:before="40" w:after="140" w:line="276" w:lineRule="auto"/>
    </w:pPr>
    <w:rPr>
      <w:rFonts w:ascii="Arial" w:hAnsi="Arial" w:eastAsia="Arial"/>
      <w:b w:val="0"/>
      <w:i w:val="0"/>
      <w:color w:val="1F2937"/>
      <w:sz w:val="22"/>
    </w:rPr>
  </w:style>
  <w:style w:type="paragraph" w:customStyle="1" w:styleId="LetterAttachments">
    <w:name w:val="Letter Attachments"/>
    <w:pPr>
      <w:widowControl/>
      <w:spacing w:before="80" w:after="0" w:line="240" w:lineRule="auto"/>
    </w:pPr>
    <w:rPr>
      <w:rFonts w:ascii="Arial" w:hAnsi="Arial" w:eastAsia="Arial"/>
      <w:b w:val="0"/>
      <w:i w:val="0"/>
      <w:color w:val="5B6472"/>
      <w:sz w:val="17"/>
    </w:rPr>
  </w:style>
  <w:style w:type="paragraph" w:customStyle="1" w:styleId="LetterFooter">
    <w:name w:val="Letter Footer"/>
    <w:pPr>
      <w:widowControl/>
      <w:spacing w:before="0" w:after="0" w:line="240" w:lineRule="auto"/>
    </w:pPr>
    <w:rPr>
      <w:rFonts w:ascii="Arial" w:hAnsi="Arial" w:eastAsia="Arial"/>
      <w:b w:val="0"/>
      <w:i w:val="0"/>
      <w:color w:val="5B6472"/>
      <w:sz w:val="1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Initiativbewerbung Muster und Vorlage</dc:title>
  <dc:subject>Kostenlose editierbare A4-DOCX-Vorlage für eine gezielte Initiativbewerbung ohne Stellenanzeige</dc:subject>
  <dc:creator>CVLotse Redaktion</dc:creator>
  <cp:keywords>Initiativbewerbung, Muster, Vorlage, Word, DOCX, Anschreiben, A4</cp:keywords>
  <dc:description>Alle Platzhalter durch eigene, belegbare Angaben ersetzen. Unternehmensvorgaben prüfen und die finale PDF vor dem Versand kontrollieren.</dc:description>
  <cp:lastModifiedBy>CVLotse Redaktion</cp:lastModifiedBy>
  <cp:revision>1</cp:revision>
  <dcterms:created xsi:type="dcterms:W3CDTF">2026-07-31T15:30:00Z</dcterms:created>
  <dcterms:modified xsi:type="dcterms:W3CDTF">2026-07-31T15:30:00Z</dcterms:modified>
  <cp:category>Bewerbungsvorlage</cp:category>
</cp:coreProperties>
</file>