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20"/>
      </w:pPr>
      <w:r>
        <w:rPr>
          <w:rFonts w:ascii="Aptos" w:hAnsi="Aptos" w:eastAsia="Aptos"/>
          <w:b/>
          <w:color w:val="1F4D78"/>
          <w:sz w:val="46"/>
        </w:rPr>
        <w:t>[VORNAME NACHNAME]</w:t>
      </w:r>
    </w:p>
    <w:p>
      <w:pPr>
        <w:pStyle w:val="ResumeBody"/>
        <w:keepNext/>
        <w:spacing w:after="100"/>
      </w:pPr>
      <w:r>
        <w:rPr>
          <w:rFonts w:ascii="Aptos" w:hAnsi="Aptos" w:eastAsia="Aptos"/>
          <w:b/>
          <w:color w:val="2E74B5"/>
          <w:sz w:val="22"/>
        </w:rPr>
        <w:t>Bewerbung duales Studium [STUDIENGANG]</w:t>
      </w:r>
    </w:p>
    <w:p>
      <w:pPr>
        <w:pStyle w:val="ResumeBody"/>
        <w:spacing w:after="100"/>
        <w:jc w:val="left"/>
      </w:pPr>
      <w:r>
        <w:rPr>
          <w:rFonts w:ascii="Aptos" w:hAnsi="Aptos" w:eastAsia="Aptos"/>
          <w:color w:val="576470"/>
          <w:sz w:val="18"/>
        </w:rPr>
        <w:t>[ORT]  ·  [TELEFON]  ·  [E-MAIL]  ·  [OPTIONAL: LINKEDIN / PORTFOLIO]</w:t>
      </w:r>
    </w:p>
    <w:tbl>
      <w:tblPr>
        <w:tblW w:type="dxa" w:w="10000"/>
        <w:tblLayout w:type="fixed"/>
        <w:tblLook w:firstColumn="1" w:firstRow="1" w:lastColumn="0" w:lastRow="0" w:noHBand="0" w:noVBand="1" w:val="04A0"/>
        <w:tblInd w:w="120" w:type="dxa"/>
      </w:tblPr>
      <w:tblGrid>
        <w:gridCol w:w="10000"/>
      </w:tblGrid>
      <w:tr>
        <w:tc>
          <w:tcPr>
            <w:tcW w:type="dxa" w:w="100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/>
                <w:color w:val="1F4D78"/>
                <w:sz w:val="16"/>
              </w:rPr>
              <w:t>Bearbeitungshinweis: Ersetze alle Angaben in eckigen Klammern. Lösche Rubriken ohne belastbaren Inhalt und behaupte keinen Studienplatz, Vertrag oder Abschluss, der noch nicht feststeht.</w:t>
            </w:r>
          </w:p>
        </w:tc>
      </w:tr>
    </w:tbl>
    <w:p>
      <w:pPr>
        <w:pStyle w:val="CVSection"/>
        <w:pBdr>
          <w:bottom w:val="single" w:sz="5" w:space="4" w:color="A8BCD0"/>
        </w:pBdr>
      </w:pPr>
      <w:r>
        <w:t>KURZPROFIL</w:t>
      </w:r>
    </w:p>
    <w:p>
      <w:pPr>
        <w:pStyle w:val="ResumeBody"/>
      </w:pPr>
      <w:r>
        <w:rPr>
          <w:rFonts w:ascii="Aptos" w:hAnsi="Aptos" w:eastAsia="Aptos"/>
          <w:color w:val="18242F"/>
          <w:sz w:val="19"/>
        </w:rPr>
        <w:t>[2-3 Sätze: aktueller Schul-/Studienstand, gewünschter Studiengang, stärkster fachlicher Beleg und Grund, warum Theorie plus Praxispartner zu deinem bisherigen Weg passen.]</w:t>
      </w:r>
    </w:p>
    <w:p>
      <w:pPr>
        <w:pStyle w:val="CVSection"/>
        <w:pBdr>
          <w:bottom w:val="single" w:sz="5" w:space="4" w:color="A8BCD0"/>
        </w:pBdr>
      </w:pPr>
      <w:r>
        <w:t>BILDUNGSWEG</w:t>
      </w:r>
    </w:p>
    <w:p>
      <w:pPr>
        <w:pStyle w:val="CVEntry"/>
      </w:pPr>
      <w:r>
        <w:rPr>
          <w:rFonts w:ascii="Aptos" w:hAnsi="Aptos" w:eastAsia="Aptos"/>
          <w:b/>
          <w:color w:val="18242F"/>
          <w:sz w:val="19"/>
        </w:rPr>
        <w:t>[MM/JJJJ-HEUTE]  [SCHULE / HOCHSCHULE], [ORT]</w:t>
      </w:r>
    </w:p>
    <w:p>
      <w:pPr>
        <w:pStyle w:val="ResumeBody"/>
        <w:numPr>
          <w:ilvl w:val="0"/>
          <w:numId w:val="11"/>
        </w:numPr>
      </w:pPr>
      <w:r>
        <w:rPr>
          <w:rFonts w:ascii="Aptos" w:hAnsi="Aptos" w:eastAsia="Aptos"/>
          <w:color w:val="18242F"/>
          <w:sz w:val="19"/>
        </w:rPr>
        <w:t>[ABSCHLUSS / STUDIENGANG] · [voraussichtlicher Abschluss MM/JJJJ, falls laufend]</w:t>
      </w:r>
    </w:p>
    <w:p>
      <w:pPr>
        <w:pStyle w:val="ResumeBody"/>
        <w:numPr>
          <w:ilvl w:val="0"/>
          <w:numId w:val="11"/>
        </w:numPr>
      </w:pPr>
      <w:r>
        <w:rPr>
          <w:rFonts w:ascii="Aptos" w:hAnsi="Aptos" w:eastAsia="Aptos"/>
          <w:color w:val="18242F"/>
          <w:sz w:val="19"/>
        </w:rPr>
        <w:t>[Relevante Leistungskurse, Schwerpunkte, gute fachnahe Note oder Projekt]</w:t>
      </w:r>
    </w:p>
    <w:p>
      <w:pPr>
        <w:pStyle w:val="CVSection"/>
        <w:pBdr>
          <w:bottom w:val="single" w:sz="5" w:space="4" w:color="A8BCD0"/>
        </w:pBdr>
      </w:pPr>
      <w:r>
        <w:t>PRAKTISCHE ERFAHRUNG</w:t>
      </w:r>
    </w:p>
    <w:p>
      <w:pPr>
        <w:pStyle w:val="CVEntry"/>
      </w:pPr>
      <w:r>
        <w:rPr>
          <w:rFonts w:ascii="Aptos" w:hAnsi="Aptos" w:eastAsia="Aptos"/>
          <w:b/>
          <w:color w:val="18242F"/>
          <w:sz w:val="19"/>
        </w:rPr>
        <w:t>[MM/JJJJ-MM/JJJJ]  [ROLLE / PRAKTIKUM], [UNTERNEHMEN], [ORT]</w:t>
      </w:r>
    </w:p>
    <w:p>
      <w:pPr>
        <w:pStyle w:val="ResumeBody"/>
        <w:numPr>
          <w:ilvl w:val="0"/>
          <w:numId w:val="11"/>
        </w:numPr>
      </w:pPr>
      <w:r>
        <w:rPr>
          <w:rFonts w:ascii="Aptos" w:hAnsi="Aptos" w:eastAsia="Aptos"/>
          <w:color w:val="18242F"/>
          <w:sz w:val="19"/>
        </w:rPr>
        <w:t>[Aufgabe + eigener Beitrag + Ergebnis oder Lernfortschritt]</w:t>
      </w:r>
    </w:p>
    <w:p>
      <w:pPr>
        <w:pStyle w:val="ResumeBody"/>
        <w:numPr>
          <w:ilvl w:val="0"/>
          <w:numId w:val="11"/>
        </w:numPr>
      </w:pPr>
      <w:r>
        <w:rPr>
          <w:rFonts w:ascii="Aptos" w:hAnsi="Aptos" w:eastAsia="Aptos"/>
          <w:color w:val="18242F"/>
          <w:sz w:val="19"/>
        </w:rPr>
        <w:t>[Zweiter belegbarer Punkt mit Bezug zu Studiengang oder Praxispartner]</w:t>
      </w:r>
    </w:p>
    <w:p>
      <w:pPr>
        <w:pStyle w:val="CVSection"/>
        <w:pBdr>
          <w:bottom w:val="single" w:sz="5" w:space="4" w:color="A8BCD0"/>
        </w:pBdr>
      </w:pPr>
      <w:r>
        <w:t>PROJEKTE UND ENGAGEMENT</w:t>
      </w:r>
    </w:p>
    <w:p>
      <w:pPr>
        <w:pStyle w:val="CVEntry"/>
      </w:pPr>
      <w:r>
        <w:rPr>
          <w:rFonts w:ascii="Aptos" w:hAnsi="Aptos" w:eastAsia="Aptos"/>
          <w:b/>
          <w:color w:val="18242F"/>
          <w:sz w:val="19"/>
        </w:rPr>
        <w:t>[MM/JJJJ-MM/JJJJ]  [PROJEKT / EHRENAMT / SCHÜLERFIRMA]</w:t>
      </w:r>
    </w:p>
    <w:p>
      <w:pPr>
        <w:pStyle w:val="ResumeBody"/>
        <w:numPr>
          <w:ilvl w:val="0"/>
          <w:numId w:val="11"/>
        </w:numPr>
      </w:pPr>
      <w:r>
        <w:rPr>
          <w:rFonts w:ascii="Aptos" w:hAnsi="Aptos" w:eastAsia="Aptos"/>
          <w:color w:val="18242F"/>
          <w:sz w:val="19"/>
        </w:rPr>
        <w:t>[Kontext, Verantwortung und eigener Beitrag - zum Beispiel organisiert, analysiert, programmiert, betreut oder präsentiert]</w:t>
      </w:r>
    </w:p>
    <w:p>
      <w:pPr>
        <w:pStyle w:val="CVSection"/>
        <w:pBdr>
          <w:bottom w:val="single" w:sz="5" w:space="4" w:color="A8BCD0"/>
        </w:pBdr>
      </w:pPr>
      <w:r>
        <w:t>KENNTNISSE</w:t>
      </w:r>
    </w:p>
    <w:p>
      <w:pPr>
        <w:pStyle w:val="ResumeBody"/>
        <w:numPr>
          <w:ilvl w:val="0"/>
          <w:numId w:val="11"/>
        </w:numPr>
      </w:pPr>
      <w:r>
        <w:rPr>
          <w:rFonts w:ascii="Aptos" w:hAnsi="Aptos" w:eastAsia="Aptos"/>
          <w:b/>
          <w:color w:val="18242F"/>
          <w:sz w:val="19"/>
        </w:rPr>
        <w:t>Tools und IT:</w:t>
      </w:r>
      <w:r>
        <w:rPr>
          <w:rFonts w:ascii="Aptos" w:hAnsi="Aptos" w:eastAsia="Aptos"/>
          <w:color w:val="18242F"/>
          <w:sz w:val="19"/>
        </w:rPr>
        <w:t xml:space="preserve"> [nur belegbare Software, Programmiersprachen oder Anwendungen]</w:t>
      </w:r>
    </w:p>
    <w:p>
      <w:pPr>
        <w:pStyle w:val="ResumeBody"/>
        <w:numPr>
          <w:ilvl w:val="0"/>
          <w:numId w:val="11"/>
        </w:numPr>
      </w:pPr>
      <w:r>
        <w:rPr>
          <w:rFonts w:ascii="Aptos" w:hAnsi="Aptos" w:eastAsia="Aptos"/>
          <w:b/>
          <w:color w:val="18242F"/>
          <w:sz w:val="19"/>
        </w:rPr>
        <w:t>Sprachen:</w:t>
      </w:r>
      <w:r>
        <w:rPr>
          <w:rFonts w:ascii="Aptos" w:hAnsi="Aptos" w:eastAsia="Aptos"/>
          <w:color w:val="18242F"/>
          <w:sz w:val="19"/>
        </w:rPr>
        <w:t xml:space="preserve"> [Sprache + realistisches Niveau]</w:t>
      </w:r>
    </w:p>
    <w:p>
      <w:pPr>
        <w:pStyle w:val="ResumeBody"/>
        <w:numPr>
          <w:ilvl w:val="0"/>
          <w:numId w:val="11"/>
        </w:numPr>
      </w:pPr>
      <w:r>
        <w:rPr>
          <w:rFonts w:ascii="Aptos" w:hAnsi="Aptos" w:eastAsia="Aptos"/>
          <w:b/>
          <w:color w:val="18242F"/>
          <w:sz w:val="19"/>
        </w:rPr>
        <w:t>Weitere Nachweise:</w:t>
      </w:r>
      <w:r>
        <w:rPr>
          <w:rFonts w:ascii="Aptos" w:hAnsi="Aptos" w:eastAsia="Aptos"/>
          <w:color w:val="18242F"/>
          <w:sz w:val="19"/>
        </w:rPr>
        <w:t xml:space="preserve"> [Führerschein, Zertifikat oder fachlich relevante Qualifikation]</w:t>
      </w:r>
    </w:p>
    <w:p>
      <w:pPr>
        <w:pStyle w:val="ResumeBody"/>
        <w:spacing w:before="100"/>
        <w:jc w:val="right"/>
      </w:pPr>
      <w:r>
        <w:rPr>
          <w:rFonts w:ascii="Aptos" w:hAnsi="Aptos" w:eastAsia="Aptos"/>
          <w:color w:val="576470"/>
          <w:sz w:val="17"/>
        </w:rPr>
        <w:t>[ORT], [DATUM]    [OPTIONAL: UNTERSCHRIFT]</w:t>
      </w:r>
    </w:p>
    <w:p>
      <w:r>
        <w:br w:type="page"/>
      </w:r>
    </w:p>
    <w:p>
      <w:pPr>
        <w:pStyle w:val="Heading1"/>
        <w:spacing w:before="0"/>
      </w:pPr>
      <w:r>
        <w:rPr>
          <w:rFonts w:ascii="Aptos" w:hAnsi="Aptos" w:eastAsia="Aptos"/>
          <w:b/>
          <w:color w:val="2E74B5"/>
          <w:sz w:val="32"/>
        </w:rPr>
        <w:t>So passt du die Vorlage an deinen Status an</w:t>
      </w:r>
    </w:p>
    <w:p>
      <w:pPr>
        <w:spacing w:after="160"/>
      </w:pPr>
      <w:r>
        <w:rPr>
          <w:rFonts w:ascii="Aptos" w:hAnsi="Aptos" w:eastAsia="Aptos"/>
          <w:color w:val="18242F"/>
          <w:sz w:val="22"/>
        </w:rPr>
        <w:t>Das gleiche Layout braucht vor dem Start, während des dualen Studiums und nach dem Abschluss unterschiedliche Belege. Übernimm nur die Variante, die deinem tatsächlichen Status entspricht.</w:t>
      </w:r>
    </w:p>
    <w:p>
      <w:pPr>
        <w:pStyle w:val="Heading2"/>
      </w:pPr>
      <w:r>
        <w:rPr>
          <w:rFonts w:ascii="Aptos" w:hAnsi="Aptos" w:eastAsia="Aptos"/>
          <w:b/>
          <w:color w:val="2E74B5"/>
          <w:sz w:val="26"/>
        </w:rPr>
        <w:t>1. Vor dem Start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/>
                <w:color w:val="1F4D78"/>
                <w:sz w:val="20"/>
              </w:rPr>
              <w:t>08/2018-06/2026 · Beispiel-Gymnasium, Berlin · Allgemeine Hochschulreife, voraussichtlich 06/2026</w:t>
            </w:r>
          </w:p>
        </w:tc>
      </w:tr>
    </w:tbl>
    <w:p>
      <w:pPr>
        <w:numPr>
          <w:ilvl w:val="0"/>
          <w:numId w:val="12"/>
        </w:numPr>
      </w:pPr>
      <w:r>
        <w:rPr>
          <w:rFonts w:ascii="Aptos" w:hAnsi="Aptos" w:eastAsia="Aptos"/>
          <w:color w:val="18242F"/>
          <w:sz w:val="21"/>
        </w:rPr>
        <w:t>Zielstudiengang im Kurzprofil nennen - nicht als bereits begonnene Station.</w:t>
      </w:r>
    </w:p>
    <w:p>
      <w:pPr>
        <w:numPr>
          <w:ilvl w:val="0"/>
          <w:numId w:val="12"/>
        </w:numPr>
      </w:pPr>
      <w:r>
        <w:rPr>
          <w:rFonts w:ascii="Aptos" w:hAnsi="Aptos" w:eastAsia="Aptos"/>
          <w:color w:val="18242F"/>
          <w:sz w:val="21"/>
        </w:rPr>
        <w:t>Fachnahe Fächer, Praktika, Nebenjobs, Projekte und Engagement priorisieren.</w:t>
      </w:r>
    </w:p>
    <w:p>
      <w:pPr>
        <w:numPr>
          <w:ilvl w:val="0"/>
          <w:numId w:val="12"/>
        </w:numPr>
      </w:pPr>
      <w:r>
        <w:rPr>
          <w:rFonts w:ascii="Aptos" w:hAnsi="Aptos" w:eastAsia="Aptos"/>
          <w:color w:val="18242F"/>
          <w:sz w:val="21"/>
        </w:rPr>
        <w:t>Den Praxispartner-Fit über echte Aufgaben und Verantwortung belegen.</w:t>
      </w:r>
    </w:p>
    <w:p>
      <w:pPr>
        <w:pStyle w:val="Heading2"/>
      </w:pPr>
      <w:r>
        <w:rPr>
          <w:rFonts w:ascii="Aptos" w:hAnsi="Aptos" w:eastAsia="Aptos"/>
          <w:b/>
          <w:color w:val="2E74B5"/>
          <w:sz w:val="26"/>
        </w:rPr>
        <w:t>2. Laufendes duales Studium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/>
                <w:color w:val="1F4D78"/>
                <w:sz w:val="20"/>
              </w:rPr>
              <w:t>seit 10/2024 · B.Sc. Wirtschaftsinformatik (dual), Beispielhochschule · Praxispartner: Muster GmbH · voraussichtlicher Abschluss 09/2027</w:t>
            </w:r>
          </w:p>
        </w:tc>
      </w:tr>
    </w:tbl>
    <w:p>
      <w:pPr>
        <w:numPr>
          <w:ilvl w:val="0"/>
          <w:numId w:val="12"/>
        </w:numPr>
      </w:pPr>
      <w:r>
        <w:rPr>
          <w:rFonts w:ascii="Aptos" w:hAnsi="Aptos" w:eastAsia="Aptos"/>
          <w:color w:val="18242F"/>
          <w:sz w:val="21"/>
        </w:rPr>
        <w:t>Hochschule, Praxispartner, Zeitraum und Abschlussstatus gemeinsam lesbar machen.</w:t>
      </w:r>
    </w:p>
    <w:p>
      <w:pPr>
        <w:numPr>
          <w:ilvl w:val="0"/>
          <w:numId w:val="12"/>
        </w:numPr>
      </w:pPr>
      <w:r>
        <w:rPr>
          <w:rFonts w:ascii="Aptos" w:hAnsi="Aptos" w:eastAsia="Aptos"/>
          <w:color w:val="18242F"/>
          <w:sz w:val="21"/>
        </w:rPr>
        <w:t>Zwei bis vier relevante Praxisphasen, Projekte oder Schwerpunkte ergänzen.</w:t>
      </w:r>
    </w:p>
    <w:p>
      <w:pPr>
        <w:numPr>
          <w:ilvl w:val="0"/>
          <w:numId w:val="12"/>
        </w:numPr>
      </w:pPr>
      <w:r>
        <w:rPr>
          <w:rFonts w:ascii="Aptos" w:hAnsi="Aptos" w:eastAsia="Aptos"/>
          <w:color w:val="18242F"/>
          <w:sz w:val="21"/>
        </w:rPr>
        <w:t>Studium und Praxis nur trennen, wenn beide Rubriken eigene Substanz tragen.</w:t>
      </w:r>
    </w:p>
    <w:p>
      <w:pPr>
        <w:pStyle w:val="Heading2"/>
      </w:pPr>
      <w:r>
        <w:rPr>
          <w:rFonts w:ascii="Aptos" w:hAnsi="Aptos" w:eastAsia="Aptos"/>
          <w:b/>
          <w:color w:val="2E74B5"/>
          <w:sz w:val="26"/>
        </w:rPr>
        <w:t>3. Abgeschlossenes duales Studium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/>
                <w:color w:val="1F4D78"/>
                <w:sz w:val="20"/>
              </w:rPr>
              <w:t>10/2021-09/2024 · B.Sc. Betriebswirtschaftslehre (dual), Beispielhochschule · Praxispartner: Muster AG</w:t>
            </w:r>
          </w:p>
        </w:tc>
      </w:tr>
    </w:tbl>
    <w:p>
      <w:pPr>
        <w:numPr>
          <w:ilvl w:val="0"/>
          <w:numId w:val="12"/>
        </w:numPr>
      </w:pPr>
      <w:r>
        <w:rPr>
          <w:rFonts w:ascii="Aptos" w:hAnsi="Aptos" w:eastAsia="Aptos"/>
          <w:color w:val="18242F"/>
          <w:sz w:val="21"/>
        </w:rPr>
        <w:t>Grad, Hochschule, Praxispartner, Schwerpunkt und Abschlussarbeit präzise nennen.</w:t>
      </w:r>
    </w:p>
    <w:p>
      <w:pPr>
        <w:numPr>
          <w:ilvl w:val="0"/>
          <w:numId w:val="12"/>
        </w:numPr>
      </w:pPr>
      <w:r>
        <w:rPr>
          <w:rFonts w:ascii="Aptos" w:hAnsi="Aptos" w:eastAsia="Aptos"/>
          <w:color w:val="18242F"/>
          <w:sz w:val="21"/>
        </w:rPr>
        <w:t>Duale Einsätze als Praxisphasen oder betriebliche Einsätze bezeichnen.</w:t>
      </w:r>
    </w:p>
    <w:p>
      <w:pPr>
        <w:numPr>
          <w:ilvl w:val="0"/>
          <w:numId w:val="12"/>
        </w:numPr>
      </w:pPr>
      <w:r>
        <w:rPr>
          <w:rFonts w:ascii="Aptos" w:hAnsi="Aptos" w:eastAsia="Aptos"/>
          <w:color w:val="18242F"/>
          <w:sz w:val="21"/>
        </w:rPr>
        <w:t>Nicht automatisch eine Vollzeitstelle nach dem Abschluss daraus machen.</w:t>
      </w:r>
    </w:p>
    <w:p>
      <w:pPr>
        <w:pStyle w:val="Heading2"/>
      </w:pPr>
      <w:r>
        <w:rPr>
          <w:rFonts w:ascii="Aptos" w:hAnsi="Aptos" w:eastAsia="Aptos"/>
          <w:b/>
          <w:color w:val="2E74B5"/>
          <w:sz w:val="26"/>
        </w:rPr>
        <w:t>Vor dem Versand prüfen</w:t>
      </w:r>
    </w:p>
    <w:p>
      <w:pPr>
        <w:numPr>
          <w:ilvl w:val="0"/>
          <w:numId w:val="13"/>
        </w:numPr>
      </w:pPr>
      <w:r>
        <w:rPr>
          <w:rFonts w:ascii="Aptos" w:hAnsi="Aptos" w:eastAsia="Aptos"/>
          <w:color w:val="18242F"/>
          <w:sz w:val="21"/>
        </w:rPr>
        <w:t>Jeder Zeitraum, Abschluss, Vertrag und Praxisbeleg ist wahr und nachweisbar.</w:t>
      </w:r>
    </w:p>
    <w:p>
      <w:pPr>
        <w:numPr>
          <w:ilvl w:val="0"/>
          <w:numId w:val="13"/>
        </w:numPr>
      </w:pPr>
      <w:r>
        <w:rPr>
          <w:rFonts w:ascii="Aptos" w:hAnsi="Aptos" w:eastAsia="Aptos"/>
          <w:color w:val="18242F"/>
          <w:sz w:val="21"/>
        </w:rPr>
        <w:t>Der Lebenslauf bleibt in der Regel auf einer Seite und zeigt den stärksten Fit früh.</w:t>
      </w:r>
    </w:p>
    <w:p>
      <w:pPr>
        <w:numPr>
          <w:ilvl w:val="0"/>
          <w:numId w:val="13"/>
        </w:numPr>
      </w:pPr>
      <w:r>
        <w:rPr>
          <w:rFonts w:ascii="Aptos" w:hAnsi="Aptos" w:eastAsia="Aptos"/>
          <w:color w:val="18242F"/>
          <w:sz w:val="21"/>
        </w:rPr>
        <w:t>Hochschule und Praxispartner sind nicht doppelt oder widersprüchlich dargestellt.</w:t>
      </w:r>
    </w:p>
    <w:p>
      <w:pPr>
        <w:numPr>
          <w:ilvl w:val="0"/>
          <w:numId w:val="13"/>
        </w:numPr>
      </w:pPr>
      <w:r>
        <w:rPr>
          <w:rFonts w:ascii="Aptos" w:hAnsi="Aptos" w:eastAsia="Aptos"/>
          <w:color w:val="18242F"/>
          <w:sz w:val="21"/>
        </w:rPr>
        <w:t>Die finale PDF ist lesbar; DOCX nur versenden, wenn das Portal es verlangt.</w:t>
      </w:r>
    </w:p>
    <w:p>
      <w:pPr>
        <w:numPr>
          <w:ilvl w:val="0"/>
          <w:numId w:val="13"/>
        </w:numPr>
      </w:pPr>
      <w:r>
        <w:rPr>
          <w:rFonts w:ascii="Aptos" w:hAnsi="Aptos" w:eastAsia="Aptos"/>
          <w:color w:val="18242F"/>
          <w:sz w:val="21"/>
        </w:rPr>
        <w:t>Dateiname ist eindeutig, zum Beispiel Lebenslauf_Lina_Beispiel_Duales_Studium.pdf.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76" w:lineRule="auto"/>
            </w:pPr>
            <w:r>
              <w:rPr>
                <w:rFonts w:ascii="Aptos" w:hAnsi="Aptos" w:eastAsia="Aptos"/>
                <w:b/>
                <w:color w:val="1F4D78"/>
                <w:sz w:val="19"/>
              </w:rPr>
              <w:t xml:space="preserve">Dokumentgrenze: </w:t>
            </w:r>
            <w:r>
              <w:rPr>
                <w:rFonts w:ascii="Aptos" w:hAnsi="Aptos" w:eastAsia="Aptos"/>
                <w:color w:val="1F4D78"/>
                <w:sz w:val="19"/>
              </w:rPr>
              <w:t>Diese Vorlage gehört nur zum Lebenslauf. Anschreiben, Motivation, Fristen und Auswahlprozess werden separat geprüft. Die Beispiele sind fiktiv und müssen vollständig durch echte Angaben ersetzt werden.</w:t>
            </w:r>
          </w:p>
        </w:tc>
      </w:tr>
    </w:tbl>
    <w:p>
      <w:pPr>
        <w:spacing w:before="160" w:after="0"/>
      </w:pPr>
      <w:r>
        <w:rPr>
          <w:rFonts w:ascii="Aptos" w:hAnsi="Aptos" w:eastAsia="Aptos"/>
          <w:color w:val="576470"/>
          <w:sz w:val="17"/>
        </w:rPr>
        <w:t xml:space="preserve">Redaktioneller Stand: 28.07.2026 · Erläuterungen und Quellen: </w:t>
      </w:r>
      <w:hyperlink r:id="rId10">
        <w:r>
          <w:rPr>
            <w:color w:val="2E74B5"/>
            <w:u w:val="single"/>
          </w:rPr>
          <w:t>cvlotse.de/lebenslauf-duales-studium</w:t>
        </w:r>
      </w:hyperlink>
    </w:p>
    <w:sectPr w:rsidR="00FC693F" w:rsidRPr="0006063C" w:rsidSect="00034616">
      <w:footerReference w:type="default" r:id="rId9"/>
      <w:pgSz w:w="11906" w:h="16838"/>
      <w:pgMar w:top="709" w:right="907" w:bottom="709" w:left="907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 w:eastAsia="Aptos"/>
        <w:color w:val="576470"/>
        <w:sz w:val="16"/>
      </w:rPr>
      <w:t xml:space="preserve">CVLotse · kostenlose Originalvorlage · cvlotse.de/lebenslauf-duales-studium  ·  </w:t>
    </w:r>
    <w:r>
      <w:rPr>
        <w:rFonts w:ascii="Aptos" w:hAnsi="Aptos" w:eastAsia="Aptos"/>
        <w:color w:val="576470"/>
        <w:sz w:val="17"/>
      </w:rPr>
      <w:t xml:space="preserve">Seite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11">
    <w:multiLevelType w:val="singleLevel"/>
    <w:lvl w:ilvl="0">
      <w:start w:val="1"/>
      <w:numFmt w:val="bullet"/>
      <w:lvlText w:val="•"/>
      <w:lvlJc w:val="left"/>
      <w:pPr>
        <w:tabs>
          <w:tab w:val="num" w:pos="440"/>
        </w:tabs>
        <w:ind w:left="440" w:hanging="220"/>
        <w:spacing w:after="80" w:line="300" w:lineRule="auto"/>
      </w:pPr>
      <w:rPr>
        <w:rFonts w:ascii="Aptos" w:hAnsi="Aptos" w:eastAsia="Aptos"/>
      </w:rPr>
    </w:lvl>
  </w:abstractNum>
  <w:num w:numId="11">
    <w:abstractNumId w:val="11"/>
  </w:num>
  <w:abstractNum w:abstractNumId="12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Aptos" w:hAnsi="Aptos" w:eastAsia="Aptos"/>
      </w:rPr>
    </w:lvl>
  </w:abstractNum>
  <w:num w:numId="12">
    <w:abstractNumId w:val="12"/>
  </w:num>
  <w:abstractNum w:abstractNumId="13">
    <w:multiLevelType w:val="singleLevel"/>
    <w:lvl w:ilvl="0">
      <w:start w:val="1"/>
      <w:numFmt w:val="bullet"/>
      <w:lvlText w:val="☐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DejaVu Sans" w:hAnsi="DejaVu Sans" w:eastAsia="DejaVu Sans"/>
      </w:rPr>
    </w:lvl>
  </w:abstract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ptos" w:hAnsi="Aptos"/>
      <w:color w:val="18242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" w:hAnsi="Apto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ody">
    <w:name w:val="Resume Body"/>
    <w:basedOn w:val="Normal"/>
    <w:pPr>
      <w:spacing w:before="0" w:after="40" w:line="259" w:lineRule="auto"/>
    </w:pPr>
    <w:rPr>
      <w:rFonts w:ascii="Aptos" w:hAnsi="Aptos"/>
      <w:color w:val="18242F"/>
      <w:sz w:val="19"/>
    </w:rPr>
  </w:style>
  <w:style w:type="paragraph" w:customStyle="1" w:styleId="CVSection">
    <w:name w:val="CV Section"/>
    <w:basedOn w:val="Normal"/>
    <w:pPr>
      <w:keepNext/>
      <w:spacing w:before="120" w:after="60"/>
    </w:pPr>
    <w:rPr>
      <w:rFonts w:ascii="Aptos" w:hAnsi="Aptos"/>
      <w:b/>
      <w:color w:val="1F4D78"/>
      <w:sz w:val="21"/>
    </w:rPr>
  </w:style>
  <w:style w:type="paragraph" w:customStyle="1" w:styleId="CVEntry">
    <w:name w:val="CV Entry"/>
    <w:basedOn w:val="ResumeBody"/>
    <w:pPr>
      <w:keepNext/>
      <w:spacing w:before="40" w:after="20"/>
    </w:pPr>
    <w:rPr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cvlotse.de/lebenslauf-duales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duales Studium - bearbeitbare Vorlage</dc:title>
  <dc:subject>DOCX- und PDF-Muster für duales Studium</dc:subject>
  <dc:creator>CVLotse Redaktion</dc:creator>
  <cp:keywords>Lebenslauf, duales Studium, Vorlage, Muster, DOCX, PDF</cp:keywords>
  <dc:description>Redaktionelle Originalvorlage. Alle Angaben in eckigen Klammern ersetzen.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