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ResumeName"/>
        <w:keepNext/>
        <w:keepLines/>
        <w:widowControl/>
      </w:pPr>
      <w:r>
        <w:t>MELINA BERGER</w:t>
      </w:r>
    </w:p>
    <w:p>
      <w:pPr>
        <w:pStyle w:val="ResumeRole"/>
        <w:keepNext/>
        <w:keepLines/>
        <w:widowControl/>
      </w:pPr>
      <w:r>
        <w:t>Bewerbung um eine Ausbildung zur Kauffrau im Einzelhandel</w:t>
      </w:r>
    </w:p>
    <w:p>
      <w:pPr>
        <w:pStyle w:val="ResumeContact"/>
        <w:keepNext/>
        <w:keepLines/>
        <w:widowControl/>
      </w:pPr>
      <w:r>
        <w:t>Musterstadt  |  0151 00000000  |  melina.berger@beispiel.de</w:t>
      </w:r>
    </w:p>
    <w:p>
      <w:pPr>
        <w:pStyle w:val="ResumeInstruction"/>
        <w:keepNext w:val="0"/>
        <w:keepLines/>
        <w:widowControl/>
      </w:pPr>
      <w:r>
        <w:t>FIKTIVES MUSTER: Alle Namen, Orte, Daten, Noten und Tätigkeiten ersetzen. Nur eigene, belegbare Angaben verwenden; unpassende Zeilen löschen.</w:t>
      </w:r>
    </w:p>
    <w:p>
      <w:pPr>
        <w:pStyle w:val="Heading1"/>
        <w:keepNext/>
        <w:keepLines/>
        <w:widowControl/>
      </w:pPr>
      <w:r>
        <w:t>SCHULBILDUNG</w:t>
      </w:r>
    </w:p>
    <w:p>
      <w:pPr>
        <w:pStyle w:val="ResumeEntry"/>
        <w:keepNext/>
        <w:keepLines/>
        <w:widowControl/>
      </w:pPr>
      <w:r>
        <w:t>Voraussichtlicher Realschulabschluss | Realschule Musterstadt</w:t>
      </w:r>
    </w:p>
    <w:p>
      <w:pPr>
        <w:pStyle w:val="ResumeMeta"/>
        <w:keepNext w:val="0"/>
        <w:keepLines/>
        <w:widowControl/>
      </w:pPr>
      <w:r>
        <w:t>08/2021 – voraussichtlich 07/2027  |  Lieblingsfächer: Mathematik, Deutsch</w:t>
      </w:r>
    </w:p>
    <w:p>
      <w:pPr>
        <w:pStyle w:val="Heading1"/>
        <w:keepNext/>
        <w:keepLines/>
        <w:widowControl/>
      </w:pPr>
      <w:r>
        <w:t>PRAKTISCHE ERFAHRUNG</w:t>
      </w:r>
    </w:p>
    <w:p>
      <w:pPr>
        <w:pStyle w:val="ResumeEntry"/>
        <w:keepNext/>
        <w:keepLines/>
        <w:widowControl/>
      </w:pPr>
      <w:r>
        <w:t>Schulpraktikum Verkauf | Markt Beispiel, Musterstadt</w:t>
      </w:r>
    </w:p>
    <w:p>
      <w:pPr>
        <w:pStyle w:val="ResumeMeta"/>
        <w:keepNext/>
        <w:keepLines/>
        <w:widowControl/>
      </w:pPr>
      <w:r>
        <w:t>03/2026  |  zwei Wochen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Waren nach Anleitung ausgezeichnet, eingeräumt und Bestände kontrolliert.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Kundinnen und Kunden freundlich zu Produktbereichen begleitet.</w:t>
      </w:r>
    </w:p>
    <w:p>
      <w:pPr>
        <w:pStyle w:val="ResumeEntry"/>
        <w:keepNext/>
        <w:keepLines/>
        <w:widowControl/>
      </w:pPr>
      <w:r>
        <w:t>Organisation Schulfest | Realschule Musterstadt</w:t>
      </w:r>
    </w:p>
    <w:p>
      <w:pPr>
        <w:pStyle w:val="ResumeMeta"/>
        <w:keepNext/>
        <w:keepLines/>
        <w:widowControl/>
      </w:pPr>
      <w:r>
        <w:t>09/2025 – 10/2025  |  Schulprojekt</w:t>
      </w:r>
    </w:p>
    <w:p>
      <w:pPr>
        <w:keepNext w:val="0"/>
        <w:keepLines/>
        <w:widowControl/>
        <w:numPr>
          <w:ilvl w:val="0"/>
          <w:numId w:val="10"/>
        </w:numPr>
      </w:pPr>
      <w:r>
        <w:rPr>
          <w:rFonts w:ascii="Calibri" w:hAnsi="Calibri" w:eastAsia="Calibri"/>
          <w:i/>
          <w:color w:val="6B7280"/>
          <w:sz w:val="19"/>
        </w:rPr>
        <w:t>Mit vier Mitschülerinnen und Mitschülern Verkaufsstand und Schichtplan vorbereitet.</w:t>
      </w:r>
    </w:p>
    <w:p>
      <w:pPr>
        <w:pStyle w:val="Heading1"/>
        <w:keepNext/>
        <w:keepLines/>
        <w:widowControl/>
      </w:pPr>
      <w:r>
        <w:t>KENNTNISSE</w:t>
      </w:r>
    </w:p>
    <w:p>
      <w:pPr>
        <w:keepNext w:val="0"/>
        <w:keepLines/>
        <w:widowControl/>
      </w:pPr>
      <w:r>
        <w:t>Microsoft Word und PowerPoint (Grundkenntnisse)  |  Englisch (B1)  |  sicherer Umgang mit Lernplattformen</w:t>
      </w:r>
    </w:p>
    <w:p>
      <w:pPr>
        <w:pStyle w:val="Heading1"/>
        <w:keepNext/>
        <w:keepLines/>
        <w:widowControl/>
      </w:pPr>
      <w:r>
        <w:t>ENGAGEMENT UND INTERESSEN</w:t>
      </w:r>
    </w:p>
    <w:p>
      <w:pPr>
        <w:keepNext w:val="0"/>
        <w:keepLines/>
        <w:widowControl/>
      </w:pPr>
      <w:r>
        <w:t>Unterstützung bei Schulveranstaltungen  |  Volleyball im Verein</w:t>
      </w:r>
    </w:p>
    <w:p>
      <w:pPr>
        <w:pStyle w:val="ResumeMeta"/>
        <w:keepNext w:val="0"/>
        <w:keepLines/>
        <w:widowControl/>
        <w:spacing w:before="100"/>
      </w:pPr>
      <w:r>
        <w:t>Musterstadt, 30. Juli 2026  |  Unterschrift optional</w:t>
      </w:r>
    </w:p>
    <w:sectPr w:rsidR="00FC693F" w:rsidRPr="0006063C" w:rsidSect="00034616">
      <w:footerReference w:type="default" r:id="rId9"/>
      <w:pgSz w:w="11906" w:h="16838"/>
      <w:pgMar w:top="691" w:right="979" w:bottom="691" w:left="979" w:header="360" w:footer="34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ResumeFooter"/>
      <w:jc w:val="center"/>
    </w:pPr>
    <w:r>
      <w:t>Fiktives CVLotse-Muster · Aufbau orientiert an der Bundesagentur für Arbeit · Quelle geprüft 30.07.2026: arbeitsagentur.de/bildung/bewerbung/lebenslauf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70"/>
        <w:spacing w:after="40" w:line="264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9" w:lineRule="auto"/>
    </w:pPr>
    <w:rPr>
      <w:rFonts w:ascii="Calibri" w:hAnsi="Calibri" w:eastAsia="Calibri"/>
      <w:b w:val="0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 w:line="240" w:lineRule="auto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ame">
    <w:name w:val="Resume Name"/>
    <w:pPr>
      <w:spacing w:before="0" w:after="20" w:line="240" w:lineRule="auto"/>
    </w:pPr>
    <w:rPr>
      <w:rFonts w:ascii="Calibri" w:hAnsi="Calibri" w:eastAsia="Calibri"/>
      <w:b/>
      <w:color w:val="1F4D78"/>
      <w:sz w:val="48"/>
    </w:rPr>
  </w:style>
  <w:style w:type="paragraph" w:customStyle="1" w:styleId="ResumeRole">
    <w:name w:val="Resume Role"/>
    <w:pPr>
      <w:spacing w:before="0" w:after="40" w:line="240" w:lineRule="auto"/>
    </w:pPr>
    <w:rPr>
      <w:rFonts w:ascii="Calibri" w:hAnsi="Calibri" w:eastAsia="Calibri"/>
      <w:b/>
      <w:color w:val="1F2937"/>
      <w:sz w:val="23"/>
    </w:rPr>
  </w:style>
  <w:style w:type="paragraph" w:customStyle="1" w:styleId="ResumeContact">
    <w:name w:val="Resume Contact"/>
    <w:pPr>
      <w:spacing w:before="0" w:after="100" w:line="240" w:lineRule="auto"/>
    </w:pPr>
    <w:rPr>
      <w:rFonts w:ascii="Calibri" w:hAnsi="Calibri" w:eastAsia="Calibri"/>
      <w:b w:val="0"/>
      <w:color w:val="5B6472"/>
      <w:sz w:val="19"/>
    </w:rPr>
  </w:style>
  <w:style w:type="paragraph" w:customStyle="1" w:styleId="ResumeInstruction">
    <w:name w:val="Resume Instruction"/>
    <w:pPr>
      <w:spacing w:before="0" w:after="80" w:line="240" w:lineRule="auto"/>
    </w:pPr>
    <w:rPr>
      <w:rFonts w:ascii="Calibri" w:hAnsi="Calibri" w:eastAsia="Calibri"/>
      <w:b w:val="0"/>
      <w:i/>
      <w:color w:val="6B7280"/>
      <w:sz w:val="17"/>
    </w:rPr>
  </w:style>
  <w:style w:type="paragraph" w:customStyle="1" w:styleId="ResumeEntry">
    <w:name w:val="Resume Entry"/>
    <w:pPr>
      <w:spacing w:before="40" w:after="20" w:line="240" w:lineRule="auto"/>
    </w:pPr>
    <w:rPr>
      <w:rFonts w:ascii="Calibri" w:hAnsi="Calibri" w:eastAsia="Calibri"/>
      <w:b/>
      <w:color w:val="1F2937"/>
      <w:sz w:val="21"/>
    </w:rPr>
  </w:style>
  <w:style w:type="paragraph" w:customStyle="1" w:styleId="ResumeMeta">
    <w:name w:val="Resume Meta"/>
    <w:pPr>
      <w:spacing w:before="0" w:after="20" w:line="240" w:lineRule="auto"/>
    </w:pPr>
    <w:rPr>
      <w:rFonts w:ascii="Calibri" w:hAnsi="Calibri" w:eastAsia="Calibri"/>
      <w:b w:val="0"/>
      <w:color w:val="5B6472"/>
      <w:sz w:val="19"/>
    </w:rPr>
  </w:style>
  <w:style w:type="paragraph" w:customStyle="1" w:styleId="ResumeFooter">
    <w:name w:val="Resume Footer"/>
    <w:pPr>
      <w:spacing w:before="0" w:after="0" w:line="240" w:lineRule="auto"/>
    </w:pPr>
    <w:rPr>
      <w:rFonts w:ascii="Calibri" w:hAnsi="Calibri" w:eastAsia="Calibri"/>
      <w:b w:val="0"/>
      <w:color w:val="5B6472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Lebenslauf-Vorlage Ausbildung – kostenloses Muster</dc:title>
  <dc:subject>Editierbare einseitige A4-DOCX-Vorlage für eine Ausbildungsbewerbung</dc:subject>
  <dc:creator>CVLotse</dc:creator>
  <cp:keywords>Lebenslauf, Ausbildung, Vorlage, kostenlos, DOCX, Word, Schüler, Ausbildungsbewerbung, A4</cp:keywords>
  <dc:description>Alle Personendaten und Stationen sind fiktiv. Vor Verwendung vollständig durch eigene belegbare Angaben ersetzen.</dc:description>
  <cp:lastModifiedBy>CVLotse</cp:lastModifiedBy>
  <cp:revision>1</cp:revision>
  <dcterms:created xsi:type="dcterms:W3CDTF">2026-07-30T12:00:00Z</dcterms:created>
  <dcterms:modified xsi:type="dcterms:W3CDTF">2026-07-30T12:00:00Z</dcterms:modified>
  <cp:category>Ausbildungsbewerbung</cp:category>
</cp:coreProperties>
</file>