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LetterNotice"/>
      </w:pPr>
      <w:r>
        <w:t>EDITIERBARE VORLAGE: Alle eckigen Klammern ersetzen. Nur eigene, belegbare Aussagen verwenden und diesen Hinweis vor dem Versand löschen.</w:t>
      </w:r>
    </w:p>
    <w:p>
      <w:pPr>
        <w:pStyle w:val="LetterSender"/>
        <w:keepNext/>
        <w:keepLines/>
        <w:jc w:val="right"/>
      </w:pPr>
      <w:r>
        <w:t>[VORNAME NACHNAME]</w:t>
      </w:r>
    </w:p>
    <w:p>
      <w:pPr>
        <w:pStyle w:val="LetterSender"/>
        <w:keepNext/>
        <w:keepLines/>
        <w:jc w:val="right"/>
      </w:pPr>
      <w:r>
        <w:t>[Straße Hausnummer] | [PLZ Ort]</w:t>
      </w:r>
    </w:p>
    <w:p>
      <w:pPr>
        <w:pStyle w:val="LetterSender"/>
        <w:keepNext w:val="0"/>
        <w:keepLines/>
        <w:jc w:val="right"/>
      </w:pPr>
      <w:r>
        <w:t>[Telefon] | [E-Mail]</w:t>
      </w:r>
    </w:p>
    <w:p>
      <w:pPr>
        <w:spacing w:after="180"/>
      </w:pPr>
    </w:p>
    <w:p>
      <w:pPr>
        <w:pStyle w:val="LetterRecipient"/>
        <w:keepNext/>
        <w:keepLines/>
        <w:jc w:val="left"/>
      </w:pPr>
      <w:r>
        <w:t>[UNTERNEHMEN]</w:t>
      </w:r>
    </w:p>
    <w:p>
      <w:pPr>
        <w:pStyle w:val="LetterRecipient"/>
        <w:keepNext/>
        <w:keepLines/>
        <w:jc w:val="left"/>
      </w:pPr>
      <w:r>
        <w:t>[z. Hd. ANSPRECHPERSON]</w:t>
      </w:r>
    </w:p>
    <w:p>
      <w:pPr>
        <w:pStyle w:val="LetterRecipient"/>
        <w:keepNext/>
        <w:keepLines/>
        <w:jc w:val="left"/>
      </w:pPr>
      <w:r>
        <w:t>[Straße Hausnummer]</w:t>
      </w:r>
    </w:p>
    <w:p>
      <w:pPr>
        <w:pStyle w:val="LetterRecipient"/>
        <w:keepNext w:val="0"/>
        <w:keepLines/>
        <w:jc w:val="left"/>
      </w:pPr>
      <w:r>
        <w:t>[PLZ Ort]</w:t>
      </w:r>
    </w:p>
    <w:p>
      <w:pPr>
        <w:pStyle w:val="LetterDate"/>
        <w:jc w:val="right"/>
      </w:pPr>
      <w:r>
        <w:t>[ORT], [DATUM]</w:t>
      </w:r>
    </w:p>
    <w:p>
      <w:pPr>
        <w:pStyle w:val="LetterSubject"/>
      </w:pPr>
      <w:r>
        <w:t>Motivation für die Position als [ZIELROLLE]</w:t>
      </w:r>
    </w:p>
    <w:p>
      <w:pPr/>
      <w:r>
        <w:t>[Sehr geehrte Frau / Sehr geehrter Herr NACHNAME,]</w:t>
      </w:r>
    </w:p>
    <w:p>
      <w:pPr>
        <w:pStyle w:val="LetterPlaceholder"/>
        <w:keepLines/>
      </w:pPr>
      <w:r>
        <w:t>[Einstieg: Nenne Zielrolle und konkreten Anlass. Erkläre in ein bis zwei Sätzen, warum genau diese Aufgabe zu deinem bisherigen Weg passt.]</w:t>
      </w:r>
    </w:p>
    <w:p>
      <w:pPr>
        <w:pStyle w:val="LetterPlaceholder"/>
        <w:keepLines/>
      </w:pPr>
      <w:r>
        <w:t>[Beleg: Verbinde die wichtigste Anforderung aus der Anzeige mit einer echten Situation, deiner eigenen Handlung und einer nachvollziehbaren Wirkung. Wiederhole den Lebenslauf nicht als Fließtext.]</w:t>
      </w:r>
    </w:p>
    <w:p>
      <w:pPr>
        <w:pStyle w:val="LetterPlaceholder"/>
        <w:keepLines/>
      </w:pPr>
      <w:r>
        <w:t>[Arbeitgeberbezug: Nenne Produkt, Arbeitsweise, Ziel oder konkrete Aufgabe der Organisation und erkläre die Verbindung zu deinem Beleg. Vermeide allgemeines Unternehmenslob.]</w:t>
      </w:r>
    </w:p>
    <w:p>
      <w:pPr>
        <w:pStyle w:val="LetterPlaceholder"/>
        <w:keepLines/>
      </w:pPr>
      <w:r>
        <w:t>[Schluss: Fasse den möglichen Beitrag knapp zusammen und biete an, dein Vorgehen im Gespräch zu erläutern. Beginne hier kein neues Argument.]</w:t>
      </w:r>
    </w:p>
    <w:p>
      <w:pPr>
        <w:pStyle w:val="LetterClosing"/>
      </w:pPr>
      <w:r>
        <w:t>Mit freundlichen Grüßen</w:t>
      </w:r>
    </w:p>
    <w:p>
      <w:pPr>
        <w:spacing w:before="240"/>
      </w:pPr>
      <w:r>
        <w:t>[VORNAME NACHNAME]</w:t>
      </w:r>
    </w:p>
    <w:sectPr w:rsidR="00FC693F" w:rsidRPr="0006063C" w:rsidSect="00034616">
      <w:footerReference w:type="default" r:id="rId9"/>
      <w:pgSz w:w="11906" w:h="16838"/>
      <w:pgMar w:top="1020" w:right="1247" w:bottom="1020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LetterFooter"/>
      <w:jc w:val="center"/>
    </w:pPr>
    <w:r>
      <w:t>Kostenloses CVLotse-Muster | Vor dem Versand vollständig anpassen und als PDF prüfen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60" w:line="276" w:lineRule="auto"/>
    </w:pPr>
    <w:rPr>
      <w:rFonts w:ascii="Arial" w:hAnsi="Arial" w:eastAsia="Arial"/>
      <w:b w:val="0"/>
      <w:i w:val="0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tterNotice">
    <w:name w:val="Letter Notice"/>
    <w:pPr>
      <w:widowControl/>
      <w:spacing w:before="0" w:after="240" w:line="240" w:lineRule="auto"/>
    </w:pPr>
    <w:rPr>
      <w:rFonts w:ascii="Arial" w:hAnsi="Arial" w:eastAsia="Arial"/>
      <w:b/>
      <w:i w:val="0"/>
      <w:color w:val="5B6472"/>
      <w:sz w:val="17"/>
    </w:rPr>
  </w:style>
  <w:style w:type="paragraph" w:customStyle="1" w:styleId="LetterSender">
    <w:name w:val="Letter Sender"/>
    <w:pPr>
      <w:widowControl/>
      <w:spacing w:before="0" w:after="20" w:line="240" w:lineRule="auto"/>
    </w:pPr>
    <w:rPr>
      <w:rFonts w:ascii="Arial" w:hAnsi="Arial" w:eastAsia="Arial"/>
      <w:b w:val="0"/>
      <w:i w:val="0"/>
      <w:color w:val="1F2937"/>
      <w:sz w:val="20"/>
    </w:rPr>
  </w:style>
  <w:style w:type="paragraph" w:customStyle="1" w:styleId="LetterRecipient">
    <w:name w:val="Letter Recipient"/>
    <w:pPr>
      <w:widowControl/>
      <w:spacing w:before="0" w:after="20" w:line="240" w:lineRule="auto"/>
    </w:pPr>
    <w:rPr>
      <w:rFonts w:ascii="Arial" w:hAnsi="Arial" w:eastAsia="Arial"/>
      <w:b w:val="0"/>
      <w:i w:val="0"/>
      <w:color w:val="1F2937"/>
      <w:sz w:val="20"/>
    </w:rPr>
  </w:style>
  <w:style w:type="paragraph" w:customStyle="1" w:styleId="LetterDate">
    <w:name w:val="Letter Date"/>
    <w:pPr>
      <w:widowControl/>
      <w:spacing w:before="120" w:after="260" w:line="240" w:lineRule="auto"/>
    </w:pPr>
    <w:rPr>
      <w:rFonts w:ascii="Arial" w:hAnsi="Arial" w:eastAsia="Arial"/>
      <w:b w:val="0"/>
      <w:i w:val="0"/>
      <w:color w:val="5B6472"/>
      <w:sz w:val="20"/>
    </w:rPr>
  </w:style>
  <w:style w:type="paragraph" w:customStyle="1" w:styleId="LetterSubject">
    <w:name w:val="Letter Subject"/>
    <w:pPr>
      <w:widowControl/>
      <w:spacing w:before="0" w:after="280" w:line="240" w:lineRule="auto"/>
    </w:pPr>
    <w:rPr>
      <w:rFonts w:ascii="Arial" w:hAnsi="Arial" w:eastAsia="Arial"/>
      <w:b/>
      <w:i w:val="0"/>
      <w:color w:val="1F4D78"/>
      <w:sz w:val="24"/>
    </w:rPr>
  </w:style>
  <w:style w:type="paragraph" w:customStyle="1" w:styleId="LetterPlaceholder">
    <w:name w:val="Letter Placeholder"/>
    <w:pPr>
      <w:widowControl/>
      <w:spacing w:before="0" w:after="180" w:line="276" w:lineRule="auto"/>
    </w:pPr>
    <w:rPr>
      <w:rFonts w:ascii="Arial" w:hAnsi="Arial" w:eastAsia="Arial"/>
      <w:b w:val="0"/>
      <w:i/>
      <w:color w:val="6B7280"/>
      <w:sz w:val="22"/>
    </w:rPr>
  </w:style>
  <w:style w:type="paragraph" w:customStyle="1" w:styleId="LetterClosing">
    <w:name w:val="Letter Closing"/>
    <w:pPr>
      <w:widowControl/>
      <w:spacing w:before="60" w:after="160" w:line="276" w:lineRule="auto"/>
    </w:pPr>
    <w:rPr>
      <w:rFonts w:ascii="Arial" w:hAnsi="Arial" w:eastAsia="Arial"/>
      <w:b w:val="0"/>
      <w:i w:val="0"/>
      <w:color w:val="1F2937"/>
      <w:sz w:val="22"/>
    </w:rPr>
  </w:style>
  <w:style w:type="paragraph" w:customStyle="1" w:styleId="LetterFooter">
    <w:name w:val="Letter Footer"/>
    <w:pPr>
      <w:widowControl/>
      <w:spacing w:before="0" w:after="0" w:line="240" w:lineRule="auto"/>
    </w:pPr>
    <w:rPr>
      <w:rFonts w:ascii="Arial" w:hAnsi="Arial" w:eastAsia="Arial"/>
      <w:b w:val="0"/>
      <w:i w:val="0"/>
      <w:color w:val="5B6472"/>
      <w:sz w:val="1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Motivationsschreiben Vorlage für eine Jobbewerbung</dc:title>
  <dc:subject>Kostenlose editierbare A4-DOCX-Vorlage mit Platzhaltern für Zielrolle, Anforderung, Beleg, Wirkung und Arbeitgeberbezug</dc:subject>
  <dc:creator>CVLotse Redaktion</dc:creator>
  <cp:keywords>Motivationsschreiben, Vorlage, Muster, Word, DOCX, Jobbewerbung, A4</cp:keywords>
  <dc:description>Fiktive Orientierungsvorlage. Alle Platzhalter durch eigene, belegbare Angaben ersetzen und die finale PDF vor dem Versand prüfen.</dc:description>
  <cp:lastModifiedBy>CVLotse Redaktion</cp:lastModifiedBy>
  <cp:revision>1</cp:revision>
  <dcterms:created xsi:type="dcterms:W3CDTF">2026-07-31T14:00:00Z</dcterms:created>
  <dcterms:modified xsi:type="dcterms:W3CDTF">2026-07-31T14:00:00Z</dcterms:modified>
  <cp:category>Bewerbungsvorlage</cp:category>
</cp:coreProperties>
</file>