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Projektliste zur Bewerbung</w:t>
      </w:r>
    </w:p>
    <w:p>
      <w:r>
        <w:t>[Vorname Nachname] | [E-Mail oder Telefonnummer]</w:t>
      </w:r>
    </w:p>
    <w:p>
      <w:r>
        <w:t>Auswahl für [Zielstelle oder Auftrag] | Stand [TT.MM.JJJJ]</w:t>
      </w:r>
    </w:p>
    <w:p>
      <w:pPr>
        <w:pStyle w:val="Subtitle"/>
      </w:pPr>
      <w:r>
        <w:t>Vorlage: Ersetze alle Klammerangaben. Lösche nicht benötigte Felder oder Projektblöcke. Ergänze nur eigene, nachprüfbare und zur Weitergabe geeignete Angaben. Entferne diesen Hinweis vor dem Versand.</w:t>
      </w:r>
    </w:p>
    <w:p>
      <w:pPr>
        <w:pStyle w:val="Heading1"/>
      </w:pPr>
      <w:r>
        <w:t>Projekt 1</w:t>
      </w:r>
    </w:p>
    <w:p>
      <w:r>
        <w:rPr>
          <w:b/>
        </w:rPr>
        <w:t xml:space="preserve">Projekttitel: </w:t>
      </w:r>
      <w:r>
        <w:t>[Kurze eindeutige Bezeichnung]</w:t>
      </w:r>
    </w:p>
    <w:p>
      <w:r>
        <w:rPr>
          <w:b/>
        </w:rPr>
        <w:t xml:space="preserve">Kontext und Ziel: </w:t>
      </w:r>
      <w:r>
        <w:t>[Branche oder freigegebener Kunde; konkretes Ziel]</w:t>
      </w:r>
    </w:p>
    <w:p>
      <w:r>
        <w:rPr>
          <w:b/>
        </w:rPr>
        <w:t xml:space="preserve">Zeitraum: </w:t>
      </w:r>
      <w:r>
        <w:t>[Projekt von/bis]; eigene Mitarbeit [von/bis]</w:t>
      </w:r>
    </w:p>
    <w:p>
      <w:r>
        <w:rPr>
          <w:b/>
        </w:rPr>
        <w:t xml:space="preserve">Station und Rolle: </w:t>
      </w:r>
      <w:r>
        <w:t>[Arbeitgeber oder Lernkontext]; [eigene Funktion]</w:t>
      </w:r>
    </w:p>
    <w:p>
      <w:r>
        <w:rPr>
          <w:b/>
        </w:rPr>
        <w:t xml:space="preserve">Eigener Beitrag: </w:t>
      </w:r>
      <w:r>
        <w:t>[Konkrete Aufgaben und selbst bearbeiteter Umfang]</w:t>
      </w:r>
    </w:p>
    <w:p>
      <w:r>
        <w:rPr>
          <w:b/>
        </w:rPr>
        <w:t xml:space="preserve">Methoden und Systeme: </w:t>
      </w:r>
      <w:r>
        <w:t>[Tatsächlich eingesetzte Werkzeuge mit Anwendung]</w:t>
      </w:r>
    </w:p>
    <w:p>
      <w:r>
        <w:rPr>
          <w:b/>
        </w:rPr>
        <w:t xml:space="preserve">Ergebnis und Stand: </w:t>
      </w:r>
      <w:r>
        <w:t>[Erreichter Stand mit Datum; offene Punkte bei Bedarf]</w:t>
      </w:r>
    </w:p>
    <w:p>
      <w:pPr>
        <w:pStyle w:val="Heading1"/>
      </w:pPr>
      <w:r>
        <w:t>Projekt 2</w:t>
      </w:r>
    </w:p>
    <w:p>
      <w:r>
        <w:rPr>
          <w:b/>
        </w:rPr>
        <w:t xml:space="preserve">Projekttitel: </w:t>
      </w:r>
      <w:r>
        <w:t>[Kurze eindeutige Bezeichnung]</w:t>
      </w:r>
    </w:p>
    <w:p>
      <w:r>
        <w:rPr>
          <w:b/>
        </w:rPr>
        <w:t xml:space="preserve">Kontext und Ziel: </w:t>
      </w:r>
      <w:r>
        <w:t>[Branche oder freigegebener Kunde; konkretes Ziel]</w:t>
      </w:r>
    </w:p>
    <w:p>
      <w:r>
        <w:rPr>
          <w:b/>
        </w:rPr>
        <w:t xml:space="preserve">Zeitraum: </w:t>
      </w:r>
      <w:r>
        <w:t>[Projekt von/bis]; eigene Mitarbeit [von/bis]</w:t>
      </w:r>
    </w:p>
    <w:p>
      <w:r>
        <w:rPr>
          <w:b/>
        </w:rPr>
        <w:t xml:space="preserve">Station und Rolle: </w:t>
      </w:r>
      <w:r>
        <w:t>[Arbeitgeber oder Lernkontext]; [eigene Funktion]</w:t>
      </w:r>
    </w:p>
    <w:p>
      <w:r>
        <w:rPr>
          <w:b/>
        </w:rPr>
        <w:t xml:space="preserve">Eigener Beitrag: </w:t>
      </w:r>
      <w:r>
        <w:t>[Konkrete Aufgaben und selbst bearbeiteter Umfang]</w:t>
      </w:r>
    </w:p>
    <w:p>
      <w:r>
        <w:rPr>
          <w:b/>
        </w:rPr>
        <w:t xml:space="preserve">Methoden und Systeme: </w:t>
      </w:r>
      <w:r>
        <w:t>[Tatsächlich eingesetzte Werkzeuge mit Anwendung]</w:t>
      </w:r>
    </w:p>
    <w:p>
      <w:r>
        <w:rPr>
          <w:b/>
        </w:rPr>
        <w:t xml:space="preserve">Ergebnis und Stand: </w:t>
      </w:r>
      <w:r>
        <w:t>[Erreichter Stand mit Datum; offene Punkte bei Bedarf]</w:t>
      </w:r>
    </w:p>
    <w:sectPr w:rsidR="00FC693F" w:rsidRPr="0006063C" w:rsidSect="00034616">
      <w:pgSz w:w="11906" w:h="16838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00" w:line="252" w:lineRule="auto"/>
    </w:pPr>
    <w:rPr>
      <w:rFonts w:ascii="Arial" w:hAnsi="Arial"/>
      <w:color w:val="000000"/>
      <w:sz w:val="22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before="0" w:after="10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Projektliste zur Bewerbung</dc:title>
  <dc:subject>Bearbeitbare Vorlage mit zwei Projektblöcken</dc:subject>
  <dc:creator>CVLotse Redaktion</dc:creator>
  <cp:keywords>Projektliste, Bewerbung, Vorlage</cp:keywords>
  <dc:description/>
  <cp:lastModifiedBy>CVLotse Redaktion</cp:lastModifiedBy>
  <cp:revision>1</cp:revision>
  <dcterms:created xsi:type="dcterms:W3CDTF">2026-10-28T00:00:00Z</dcterms:created>
  <dcterms:modified xsi:type="dcterms:W3CDTF">2026-10-28T00:00:00Z</dcterms:modified>
  <cp:category/>
</cp:coreProperties>
</file>