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ResumeName"/>
        <w:keepNext/>
        <w:keepLines/>
        <w:widowControl/>
      </w:pPr>
      <w:r>
        <w:t>[VORNAME NACHNAME]</w:t>
      </w:r>
    </w:p>
    <w:p>
      <w:pPr>
        <w:pStyle w:val="ResumeRole"/>
        <w:keepNext/>
        <w:keepLines/>
        <w:widowControl/>
      </w:pPr>
      <w:r>
        <w:t>[Zielposition oder Berufsbezeichnung]</w:t>
      </w:r>
    </w:p>
    <w:p>
      <w:pPr>
        <w:pStyle w:val="ResumeContact"/>
        <w:keepNext/>
        <w:keepLines/>
        <w:widowControl/>
      </w:pPr>
      <w:r>
        <w:t>[Ort]  |  [Telefon]  |  [E-Mail]  |  [LinkedIn oder Portfolio, optional]</w:t>
      </w:r>
    </w:p>
    <w:p>
      <w:pPr>
        <w:pStyle w:val="ResumeInstruction"/>
        <w:keepNext w:val="0"/>
        <w:keepLines/>
        <w:widowControl/>
      </w:pPr>
      <w:r>
        <w:t>Hinweis: Eckige Klammern durch eigene Angaben ersetzen. Unzutreffende oder optionale Felder löschen.</w:t>
      </w:r>
    </w:p>
    <w:p>
      <w:pPr>
        <w:pStyle w:val="Heading1"/>
        <w:keepNext/>
        <w:keepLines/>
        <w:widowControl/>
      </w:pPr>
      <w:r>
        <w:t>KURZPROFIL</w:t>
      </w:r>
    </w:p>
    <w:p>
      <w:pPr>
        <w:keepNext w:val="0"/>
        <w:keepLines/>
        <w:widowControl/>
      </w:pPr>
      <w:r>
        <w:rPr>
          <w:rFonts w:ascii="Calibri" w:hAnsi="Calibri" w:eastAsia="Calibri"/>
          <w:i/>
          <w:color w:val="6B7280"/>
          <w:sz w:val="20"/>
        </w:rPr>
        <w:t>[2-3 Sätze: Rolle, relevante Erfahrung und konkreter Mehrwert für die angestrebte Stelle. Allgemeine Floskeln vermeiden.]</w:t>
      </w:r>
    </w:p>
    <w:p>
      <w:pPr>
        <w:pStyle w:val="Heading1"/>
        <w:keepNext/>
        <w:keepLines/>
        <w:widowControl/>
      </w:pPr>
      <w:r>
        <w:t>BERUFSERFAHRUNG</w:t>
      </w:r>
    </w:p>
    <w:p>
      <w:pPr>
        <w:pStyle w:val="ResumeEntry"/>
        <w:keepNext/>
        <w:keepLines/>
        <w:widowControl/>
      </w:pPr>
      <w:r>
        <w:t>[Position] | [Unternehmen, Ort]</w:t>
      </w:r>
    </w:p>
    <w:p>
      <w:pPr>
        <w:pStyle w:val="ResumeMeta"/>
        <w:keepNext/>
        <w:keepLines/>
        <w:widowControl/>
      </w:pPr>
      <w:r>
        <w:t>MM/JJJJ - heute</w:t>
      </w:r>
    </w:p>
    <w:p>
      <w:pPr>
        <w:keepNext w:val="0"/>
        <w:keepLines/>
        <w:widowControl/>
        <w:numPr>
          <w:ilvl w:val="0"/>
          <w:numId w:val="10"/>
        </w:numPr>
      </w:pPr>
      <w:r>
        <w:rPr>
          <w:rFonts w:ascii="Calibri" w:hAnsi="Calibri" w:eastAsia="Calibri"/>
          <w:i/>
          <w:color w:val="6B7280"/>
          <w:sz w:val="19"/>
        </w:rPr>
        <w:t>[Relevante Aufgabe mit aktivem Verb, Umfang und Ergebnis beschreiben.]</w:t>
      </w:r>
    </w:p>
    <w:p>
      <w:pPr>
        <w:keepNext w:val="0"/>
        <w:keepLines/>
        <w:widowControl/>
        <w:numPr>
          <w:ilvl w:val="0"/>
          <w:numId w:val="10"/>
        </w:numPr>
      </w:pPr>
      <w:r>
        <w:rPr>
          <w:rFonts w:ascii="Calibri" w:hAnsi="Calibri" w:eastAsia="Calibri"/>
          <w:i/>
          <w:color w:val="6B7280"/>
          <w:sz w:val="19"/>
        </w:rPr>
        <w:t>[Zweite Aufgabe oder messbaren Beitrag zur Zielstelle nennen.]</w:t>
      </w:r>
    </w:p>
    <w:p>
      <w:pPr>
        <w:pStyle w:val="ResumeEntry"/>
        <w:keepNext/>
        <w:keepLines/>
        <w:widowControl/>
      </w:pPr>
      <w:r>
        <w:t>[Position] | [Unternehmen, Ort]</w:t>
      </w:r>
    </w:p>
    <w:p>
      <w:pPr>
        <w:pStyle w:val="ResumeMeta"/>
        <w:keepNext/>
        <w:keepLines/>
        <w:widowControl/>
      </w:pPr>
      <w:r>
        <w:t>MM/JJJJ - MM/JJJJ</w:t>
      </w:r>
    </w:p>
    <w:p>
      <w:pPr>
        <w:keepNext w:val="0"/>
        <w:keepLines/>
        <w:widowControl/>
        <w:numPr>
          <w:ilvl w:val="0"/>
          <w:numId w:val="10"/>
        </w:numPr>
      </w:pPr>
      <w:r>
        <w:rPr>
          <w:rFonts w:ascii="Calibri" w:hAnsi="Calibri" w:eastAsia="Calibri"/>
          <w:i/>
          <w:color w:val="6B7280"/>
          <w:sz w:val="19"/>
        </w:rPr>
        <w:t>[Relevante Verantwortung oder Ergebnis knapp und konkret eintragen.]</w:t>
      </w:r>
    </w:p>
    <w:p>
      <w:pPr>
        <w:pStyle w:val="ResumeEntry"/>
        <w:keepNext/>
        <w:keepLines/>
        <w:widowControl/>
      </w:pPr>
      <w:r>
        <w:t>[Position oder Projekt] | [Unternehmen, Ort]</w:t>
      </w:r>
    </w:p>
    <w:p>
      <w:pPr>
        <w:pStyle w:val="ResumeMeta"/>
        <w:keepNext/>
        <w:keepLines/>
        <w:widowControl/>
      </w:pPr>
      <w:r>
        <w:t>MM/JJJJ - MM/JJJJ</w:t>
      </w:r>
    </w:p>
    <w:p>
      <w:pPr>
        <w:keepNext w:val="0"/>
        <w:keepLines/>
        <w:widowControl/>
        <w:numPr>
          <w:ilvl w:val="0"/>
          <w:numId w:val="10"/>
        </w:numPr>
      </w:pPr>
      <w:r>
        <w:rPr>
          <w:rFonts w:ascii="Calibri" w:hAnsi="Calibri" w:eastAsia="Calibri"/>
          <w:i/>
          <w:color w:val="6B7280"/>
          <w:sz w:val="19"/>
        </w:rPr>
        <w:t>[Nur aufnehmen, wenn diese Station für die Zielstelle relevant ist.]</w:t>
      </w:r>
    </w:p>
    <w:p>
      <w:pPr>
        <w:pStyle w:val="Heading1"/>
        <w:keepNext/>
        <w:keepLines/>
        <w:widowControl/>
      </w:pPr>
      <w:r>
        <w:t>AUSBILDUNG</w:t>
      </w:r>
    </w:p>
    <w:p>
      <w:pPr>
        <w:pStyle w:val="ResumeEntry"/>
        <w:keepNext/>
        <w:keepLines/>
        <w:widowControl/>
      </w:pPr>
      <w:r>
        <w:t>[Abschluss oder Ausbildung] | [Einrichtung, Ort]</w:t>
      </w:r>
    </w:p>
    <w:p>
      <w:pPr>
        <w:pStyle w:val="ResumeMeta"/>
        <w:keepNext w:val="0"/>
        <w:keepLines/>
        <w:widowControl/>
      </w:pPr>
      <w:r>
        <w:t>MM/JJJJ - MM/JJJJ  |  [Schwerpunkt oder Abschlussnote, optional]</w:t>
      </w:r>
    </w:p>
    <w:p>
      <w:pPr>
        <w:pStyle w:val="ResumeEntry"/>
        <w:keepNext/>
        <w:keepLines/>
        <w:widowControl/>
      </w:pPr>
      <w:r>
        <w:t>[Weiterbildung oder Zertifikat, optional] | [Anbieter]</w:t>
      </w:r>
    </w:p>
    <w:p>
      <w:pPr>
        <w:pStyle w:val="ResumeMeta"/>
        <w:keepNext w:val="0"/>
        <w:keepLines/>
        <w:widowControl/>
      </w:pPr>
      <w:r>
        <w:t>MM/JJJJ  |  [Schwerpunkt oder Nachweis]</w:t>
      </w:r>
    </w:p>
    <w:p>
      <w:pPr>
        <w:pStyle w:val="Heading1"/>
        <w:keepNext/>
        <w:keepLines/>
        <w:widowControl/>
      </w:pPr>
      <w:r>
        <w:t>KENNTNISSE</w:t>
      </w:r>
    </w:p>
    <w:p>
      <w:pPr>
        <w:keepNext w:val="0"/>
        <w:keepLines/>
        <w:widowControl/>
      </w:pPr>
      <w:r>
        <w:rPr>
          <w:rFonts w:ascii="Calibri" w:hAnsi="Calibri" w:eastAsia="Calibri"/>
          <w:i/>
          <w:color w:val="6B7280"/>
          <w:sz w:val="20"/>
        </w:rPr>
        <w:t>[Tools/Software]  |  [Sprachen mit Niveau]  |  [Methoden/Zertifikate]</w:t>
      </w:r>
    </w:p>
    <w:p>
      <w:pPr>
        <w:pStyle w:val="Heading1"/>
        <w:keepNext/>
        <w:keepLines/>
        <w:widowControl/>
      </w:pPr>
      <w:r>
        <w:t>WEITERE ANGABEN</w:t>
      </w:r>
    </w:p>
    <w:p>
      <w:pPr>
        <w:keepNext w:val="0"/>
        <w:keepLines/>
        <w:widowControl/>
      </w:pPr>
      <w:r>
        <w:rPr>
          <w:rFonts w:ascii="Calibri" w:hAnsi="Calibri" w:eastAsia="Calibri"/>
          <w:i/>
          <w:color w:val="6B7280"/>
          <w:sz w:val="20"/>
        </w:rPr>
        <w:t>[Optional: Führerschein, Ehrenamt oder relevante Interessen]</w:t>
      </w:r>
    </w:p>
    <w:p>
      <w:pPr>
        <w:pStyle w:val="ResumeMeta"/>
        <w:keepNext w:val="0"/>
        <w:keepLines/>
        <w:widowControl/>
        <w:spacing w:before="120"/>
      </w:pPr>
      <w:r>
        <w:t>[Ort], [Datum]  |  [Unterschrift optional]</w:t>
      </w:r>
    </w:p>
    <w:sectPr w:rsidR="00FC693F" w:rsidRPr="0006063C" w:rsidSect="00034616">
      <w:footerReference w:type="default" r:id="rId9"/>
      <w:pgSz w:w="11906" w:h="16838"/>
      <w:pgMar w:top="835" w:right="1037" w:bottom="792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ResumeFooter"/>
      <w:jc w:val="center"/>
    </w:pPr>
    <w:r>
      <w:t>Vor Versand prüfen: relevante Inhalte, einheitliche Daten, Dateiname und PDF.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70"/>
        <w:spacing w:after="40" w:line="264" w:lineRule="auto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9" w:lineRule="auto"/>
    </w:pPr>
    <w:rPr>
      <w:rFonts w:ascii="Calibri" w:hAnsi="Calibri" w:eastAsia="Calibri"/>
      <w:b w:val="0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 w:line="240" w:lineRule="auto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Name">
    <w:name w:val="Resume Name"/>
    <w:pPr>
      <w:spacing w:before="0" w:after="20" w:line="240" w:lineRule="auto"/>
    </w:pPr>
    <w:rPr>
      <w:rFonts w:ascii="Calibri" w:hAnsi="Calibri" w:eastAsia="Calibri"/>
      <w:b/>
      <w:color w:val="1F4D78"/>
      <w:sz w:val="48"/>
    </w:rPr>
  </w:style>
  <w:style w:type="paragraph" w:customStyle="1" w:styleId="ResumeRole">
    <w:name w:val="Resume Role"/>
    <w:pPr>
      <w:spacing w:before="0" w:after="40" w:line="240" w:lineRule="auto"/>
    </w:pPr>
    <w:rPr>
      <w:rFonts w:ascii="Calibri" w:hAnsi="Calibri" w:eastAsia="Calibri"/>
      <w:b/>
      <w:color w:val="1F2937"/>
      <w:sz w:val="23"/>
    </w:rPr>
  </w:style>
  <w:style w:type="paragraph" w:customStyle="1" w:styleId="ResumeContact">
    <w:name w:val="Resume Contact"/>
    <w:pPr>
      <w:spacing w:before="0" w:after="100" w:line="240" w:lineRule="auto"/>
    </w:pPr>
    <w:rPr>
      <w:rFonts w:ascii="Calibri" w:hAnsi="Calibri" w:eastAsia="Calibri"/>
      <w:b w:val="0"/>
      <w:color w:val="5B6472"/>
      <w:sz w:val="19"/>
    </w:rPr>
  </w:style>
  <w:style w:type="paragraph" w:customStyle="1" w:styleId="ResumeInstruction">
    <w:name w:val="Resume Instruction"/>
    <w:pPr>
      <w:spacing w:before="0" w:after="80" w:line="240" w:lineRule="auto"/>
    </w:pPr>
    <w:rPr>
      <w:rFonts w:ascii="Calibri" w:hAnsi="Calibri" w:eastAsia="Calibri"/>
      <w:b w:val="0"/>
      <w:i/>
      <w:color w:val="6B7280"/>
      <w:sz w:val="17"/>
    </w:rPr>
  </w:style>
  <w:style w:type="paragraph" w:customStyle="1" w:styleId="ResumeEntry">
    <w:name w:val="Resume Entry"/>
    <w:pPr>
      <w:spacing w:before="40" w:after="20" w:line="240" w:lineRule="auto"/>
    </w:pPr>
    <w:rPr>
      <w:rFonts w:ascii="Calibri" w:hAnsi="Calibri" w:eastAsia="Calibri"/>
      <w:b/>
      <w:color w:val="1F2937"/>
      <w:sz w:val="21"/>
    </w:rPr>
  </w:style>
  <w:style w:type="paragraph" w:customStyle="1" w:styleId="ResumeMeta">
    <w:name w:val="Resume Meta"/>
    <w:pPr>
      <w:spacing w:before="0" w:after="20" w:line="240" w:lineRule="auto"/>
    </w:pPr>
    <w:rPr>
      <w:rFonts w:ascii="Calibri" w:hAnsi="Calibri" w:eastAsia="Calibri"/>
      <w:b w:val="0"/>
      <w:color w:val="5B6472"/>
      <w:sz w:val="19"/>
    </w:rPr>
  </w:style>
  <w:style w:type="paragraph" w:customStyle="1" w:styleId="ResumeFooter">
    <w:name w:val="Resume Footer"/>
    <w:pPr>
      <w:spacing w:before="0" w:after="0" w:line="240" w:lineRule="auto"/>
    </w:pPr>
    <w:rPr>
      <w:rFonts w:ascii="Calibri" w:hAnsi="Calibri" w:eastAsia="Calibri"/>
      <w:b w:val="0"/>
      <w:color w:val="5B6472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Kostenlose Lebenslauf-Vorlage zum Ausfüllen</dc:title>
  <dc:subject>Editierbare, einspaltige A4-Lebenslauf-Vorlage ohne Anmeldung</dc:subject>
  <dc:creator>CVLotse</dc:creator>
  <cp:keywords>Lebenslauf, Vorlage, kostenlos, DOCX, Word, A4, ATS, Bewerbung</cp:keywords>
  <dc:description>Kostenlose Vorlage für Bewerbungen. Eckige Klammern durch eigene Angaben ersetzen und vor dem Versand als PDF prüfen.</dc:description>
  <cp:lastModifiedBy>CVLotse</cp:lastModifiedBy>
  <cp:revision>1</cp:revision>
  <dcterms:created xsi:type="dcterms:W3CDTF">2026-07-30T10:00:00Z</dcterms:created>
  <dcterms:modified xsi:type="dcterms:W3CDTF">2026-07-30T10:00:00Z</dcterms:modified>
  <cp:category>Bewerbungsvorlage</cp:category>
</cp:coreProperties>
</file>